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4: The Particle Model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Draw the particles in a solid, a liquid, and a gas (three small boxes).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Why did the food colouring spread faster in warm water?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Use particles to explain why a gas can be squeezed but a solid cannot.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the particle model.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